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Free template</w:t>
      </w:r>
    </w:p>
    <w:p>
      <w:pPr>
        <w:pStyle w:val="Heading1"/>
      </w:pPr>
      <w:r>
        <w:t>One-Page Business Plan</w:t>
      </w:r>
    </w:p>
    <w:p>
      <w:r>
        <w:rPr>
          <w:i/>
          <w:color w:val="666666"/>
        </w:rPr>
        <w:t>Fill each section in 1–3 lines. A short plan you use beats a long one you don't.</w:t>
      </w:r>
    </w:p>
    <w:p>
      <w:pPr>
        <w:pStyle w:val="Heading2"/>
      </w:pPr>
      <w:r>
        <w:t>1. Business Overview</w:t>
      </w:r>
    </w:p>
    <w:p>
      <w:r>
        <w:rPr>
          <w:i/>
          <w:color w:val="666666"/>
        </w:rPr>
        <w:t>What you do (1 sentence), your target market (be specific), your unique value proposition (why choose you).</w:t>
      </w:r>
    </w:p>
    <w:p>
      <w:r>
        <w:t>______________________________________________________________________</w:t>
      </w:r>
    </w:p>
    <w:p>
      <w:r>
        <w:t>______________________________________________________________________</w:t>
      </w:r>
    </w:p>
    <w:p>
      <w:pPr>
        <w:pStyle w:val="Heading2"/>
      </w:pPr>
      <w:r>
        <w:t>2. Service Packages</w:t>
      </w:r>
    </w:p>
    <w:p>
      <w:r>
        <w:rPr>
          <w:i/>
          <w:color w:val="666666"/>
        </w:rPr>
        <w:t>Basic / Standard / Premium — deliverables, time, and price for each tier.</w:t>
      </w:r>
    </w:p>
    <w:p>
      <w:r>
        <w:t>______________________________________________________________________</w:t>
      </w:r>
    </w:p>
    <w:p>
      <w:r>
        <w:t>______________________________________________________________________</w:t>
      </w:r>
    </w:p>
    <w:p>
      <w:pPr>
        <w:pStyle w:val="Heading2"/>
      </w:pPr>
      <w:r>
        <w:t>3. Revenue Model</w:t>
      </w:r>
    </w:p>
    <w:p>
      <w:r>
        <w:rPr>
          <w:i/>
          <w:color w:val="666666"/>
        </w:rPr>
        <w:t>How you charge: per project / hourly / monthly retainer / subscription.</w:t>
      </w:r>
    </w:p>
    <w:p>
      <w:r>
        <w:t>______________________________________________________________________</w:t>
      </w:r>
    </w:p>
    <w:p>
      <w:r>
        <w:t>______________________________________________________________________</w:t>
      </w:r>
    </w:p>
    <w:p>
      <w:pPr>
        <w:pStyle w:val="Heading2"/>
      </w:pPr>
      <w:r>
        <w:t>4. Cost Structure</w:t>
      </w:r>
    </w:p>
    <w:p>
      <w:r>
        <w:rPr>
          <w:i/>
          <w:color w:val="666666"/>
        </w:rPr>
        <w:t>Monthly costs (software, internet, equipment, marketing) and your breakeven point.</w:t>
      </w:r>
    </w:p>
    <w:p>
      <w:r>
        <w:t>______________________________________________________________________</w:t>
      </w:r>
    </w:p>
    <w:p>
      <w:r>
        <w:t>______________________________________________________________________</w:t>
      </w:r>
    </w:p>
    <w:p>
      <w:pPr>
        <w:pStyle w:val="Heading2"/>
      </w:pPr>
      <w:r>
        <w:t>5. SMART Goals</w:t>
      </w:r>
    </w:p>
    <w:p>
      <w:r>
        <w:rPr>
          <w:i/>
          <w:color w:val="666666"/>
        </w:rPr>
        <w:t>Specific, Measurable, Achievable, Relevant, Time-bound — e.g. 'Earn €500 from 5 clients within 3 months.'</w:t>
      </w:r>
    </w:p>
    <w:p>
      <w:r>
        <w:t>______________________________________________________________________</w:t>
      </w:r>
    </w:p>
    <w:p>
      <w:r>
        <w:t>______________________________________________________________________</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