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
        <w:rPr>
          <w:b/>
          <w:color w:val="1F4E79"/>
          <w:sz w:val="18"/>
        </w:rPr>
        <w:t>No More Moving Out  ·  Free template</w:t>
      </w:r>
    </w:p>
    <w:p>
      <w:pPr>
        <w:pStyle w:val="Heading1"/>
      </w:pPr>
      <w:r>
        <w:t>Invoice Template</w:t>
      </w:r>
    </w:p>
    <w:p>
      <w:r>
        <w:rPr>
          <w:i/>
          <w:color w:val="666666"/>
        </w:rPr>
        <w:t>A professional invoice gets you paid faster.</w:t>
      </w:r>
    </w:p>
    <w:p>
      <w:r>
        <w:rPr>
          <w:b/>
        </w:rPr>
        <w:t xml:space="preserve">Invoice number:  </w:t>
      </w:r>
      <w:r>
        <w:t>________________________________________</w:t>
      </w:r>
    </w:p>
    <w:p>
      <w:r>
        <w:rPr>
          <w:b/>
        </w:rPr>
        <w:t xml:space="preserve">Date:  </w:t>
      </w:r>
      <w:r>
        <w:t>________________________________________</w:t>
      </w:r>
    </w:p>
    <w:p>
      <w:r>
        <w:rPr>
          <w:b/>
        </w:rPr>
        <w:t xml:space="preserve">Due date:  </w:t>
      </w:r>
      <w:r>
        <w:t>________________________________________</w:t>
      </w:r>
    </w:p>
    <w:p>
      <w:pPr>
        <w:pStyle w:val="Heading2"/>
      </w:pPr>
      <w:r>
        <w:t>From (you)</w:t>
      </w:r>
    </w:p>
    <w:p>
      <w:r>
        <w:rPr>
          <w:b/>
        </w:rPr>
        <w:t xml:space="preserve">Name / business:  </w:t>
      </w:r>
      <w:r>
        <w:t>________________________________________</w:t>
      </w:r>
    </w:p>
    <w:p>
      <w:r>
        <w:rPr>
          <w:b/>
        </w:rPr>
        <w:t xml:space="preserve">Address:  </w:t>
      </w:r>
      <w:r>
        <w:t>________________________________________</w:t>
      </w:r>
    </w:p>
    <w:p>
      <w:r>
        <w:rPr>
          <w:b/>
        </w:rPr>
        <w:t xml:space="preserve">Email / phone:  </w:t>
      </w:r>
      <w:r>
        <w:t>________________________________________</w:t>
      </w:r>
    </w:p>
    <w:p>
      <w:r>
        <w:rPr>
          <w:b/>
        </w:rPr>
        <w:t xml:space="preserve">Tax/VAT no. (if any):  </w:t>
      </w:r>
      <w:r>
        <w:t>________________________________________</w:t>
      </w:r>
    </w:p>
    <w:p>
      <w:pPr>
        <w:pStyle w:val="Heading2"/>
      </w:pPr>
      <w:r>
        <w:t>Bill to (client)</w:t>
      </w:r>
    </w:p>
    <w:p>
      <w:r>
        <w:rPr>
          <w:b/>
        </w:rPr>
        <w:t xml:space="preserve">Name / company:  </w:t>
      </w:r>
      <w:r>
        <w:t>________________________________________</w:t>
      </w:r>
    </w:p>
    <w:p>
      <w:r>
        <w:rPr>
          <w:b/>
        </w:rPr>
        <w:t xml:space="preserve">Address:  </w:t>
      </w:r>
      <w:r>
        <w:t>________________________________________</w:t>
      </w:r>
    </w:p>
    <w:p>
      <w:r>
        <w:rPr>
          <w:b/>
        </w:rPr>
        <w:t xml:space="preserve">Email:  </w:t>
      </w:r>
      <w:r>
        <w:t>________________________________________</w:t>
      </w:r>
    </w:p>
    <w:p>
      <w:pPr>
        <w:pStyle w:val="Heading2"/>
      </w:pPr>
      <w:r>
        <w:t>Work</w:t>
      </w:r>
    </w:p>
    <w:tbl>
      <w:tblPr>
        <w:tblStyle w:val="LightGrid-Accent1"/>
        <w:tblW w:type="auto" w:w="0"/>
        <w:tblLook w:firstColumn="1" w:firstRow="1" w:lastColumn="0" w:lastRow="0" w:noHBand="0" w:noVBand="1" w:val="04A0"/>
      </w:tblPr>
      <w:tblGrid>
        <w:gridCol w:w="2880"/>
        <w:gridCol w:w="2880"/>
        <w:gridCol w:w="2880"/>
      </w:tblGrid>
      <w:tr>
        <w:tc>
          <w:tcPr>
            <w:tcW w:type="dxa" w:w="2880"/>
          </w:tcPr>
          <w:p>
            <w:r>
              <w:t>Description</w:t>
            </w:r>
          </w:p>
        </w:tc>
        <w:tc>
          <w:tcPr>
            <w:tcW w:type="dxa" w:w="2880"/>
          </w:tcPr>
          <w:p>
            <w:r>
              <w:t>Qty / hours</w:t>
            </w:r>
          </w:p>
        </w:tc>
        <w:tc>
          <w:tcPr>
            <w:tcW w:type="dxa" w:w="2880"/>
          </w:tcPr>
          <w:p>
            <w:r>
              <w:t>Amount</w:t>
            </w:r>
          </w:p>
        </w:tc>
      </w:tr>
      <w:tr>
        <w:tc>
          <w:tcPr>
            <w:tcW w:type="dxa" w:w="2880"/>
          </w:tcPr>
          <w:p/>
        </w:tc>
        <w:tc>
          <w:tcPr>
            <w:tcW w:type="dxa" w:w="2880"/>
          </w:tcPr>
          <w:p/>
        </w:tc>
        <w:tc>
          <w:tcPr>
            <w:tcW w:type="dxa" w:w="2880"/>
          </w:tcPr>
          <w:p/>
        </w:tc>
      </w:tr>
      <w:tr>
        <w:tc>
          <w:tcPr>
            <w:tcW w:type="dxa" w:w="2880"/>
          </w:tcPr>
          <w:p/>
        </w:tc>
        <w:tc>
          <w:tcPr>
            <w:tcW w:type="dxa" w:w="2880"/>
          </w:tcPr>
          <w:p/>
        </w:tc>
        <w:tc>
          <w:tcPr>
            <w:tcW w:type="dxa" w:w="2880"/>
          </w:tcPr>
          <w:p/>
        </w:tc>
      </w:tr>
      <w:tr>
        <w:tc>
          <w:tcPr>
            <w:tcW w:type="dxa" w:w="2880"/>
          </w:tcPr>
          <w:p/>
        </w:tc>
        <w:tc>
          <w:tcPr>
            <w:tcW w:type="dxa" w:w="2880"/>
          </w:tcPr>
          <w:p/>
        </w:tc>
        <w:tc>
          <w:tcPr>
            <w:tcW w:type="dxa" w:w="2880"/>
          </w:tcPr>
          <w:p/>
        </w:tc>
      </w:tr>
    </w:tbl>
    <w:p>
      <w:pPr>
        <w:pStyle w:val="Heading2"/>
      </w:pPr>
      <w:r>
        <w:t>Total &amp; payment</w:t>
      </w:r>
    </w:p>
    <w:p>
      <w:r>
        <w:rPr>
          <w:b/>
        </w:rPr>
        <w:t xml:space="preserve">Subtotal:  </w:t>
      </w:r>
      <w:r>
        <w:t>________________________________________</w:t>
      </w:r>
    </w:p>
    <w:p>
      <w:r>
        <w:rPr>
          <w:b/>
        </w:rPr>
        <w:t xml:space="preserve">VAT (if any):  </w:t>
      </w:r>
      <w:r>
        <w:t>________________________________________</w:t>
      </w:r>
    </w:p>
    <w:p>
      <w:r>
        <w:rPr>
          <w:b/>
        </w:rPr>
        <w:t xml:space="preserve">TOTAL DUE:  </w:t>
      </w:r>
      <w:r>
        <w:t>________________________________________</w:t>
      </w:r>
    </w:p>
    <w:p>
      <w:r>
        <w:rPr>
          <w:b/>
        </w:rPr>
        <w:t xml:space="preserve">Payment method (IBAN / PayPal / Wise):  </w:t>
      </w:r>
      <w:r>
        <w:t>________________________________________</w:t>
      </w:r>
    </w:p>
    <w:p>
      <w:r>
        <w:rPr>
          <w:b/>
        </w:rPr>
        <w:t xml:space="preserve">Payment terms (e.g. due within 14 days):  </w:t>
      </w:r>
      <w:r>
        <w:t>________________________________________</w:t>
      </w:r>
    </w:p>
    <w:p/>
    <w:p>
      <w:r>
        <w:rPr>
          <w:i/>
          <w:color w:val="666666"/>
          <w:sz w:val="16"/>
        </w:rPr>
        <w:t>Funded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