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Free template</w:t>
      </w:r>
    </w:p>
    <w:p>
      <w:pPr>
        <w:pStyle w:val="Heading1"/>
      </w:pPr>
      <w:r>
        <w:t>Simple Freelance Service Agreement</w:t>
      </w:r>
    </w:p>
    <w:p>
      <w:r>
        <w:rPr>
          <w:i/>
          <w:color w:val="666666"/>
        </w:rPr>
        <w:t>A clear agreement protects both sides. Not legal advice — adapt to your country.</w:t>
      </w:r>
    </w:p>
    <w:p>
      <w:r>
        <w:rPr>
          <w:b/>
        </w:rPr>
        <w:t xml:space="preserve">Between (freelancer):  </w:t>
      </w:r>
      <w:r>
        <w:t>________________________________________</w:t>
      </w:r>
    </w:p>
    <w:p>
      <w:r>
        <w:rPr>
          <w:b/>
        </w:rPr>
        <w:t xml:space="preserve">And (client):  </w:t>
      </w:r>
      <w:r>
        <w:t>________________________________________</w:t>
      </w:r>
    </w:p>
    <w:p>
      <w:r>
        <w:rPr>
          <w:b/>
        </w:rPr>
        <w:t xml:space="preserve">Date:  </w:t>
      </w:r>
      <w:r>
        <w:t>________________________________________</w:t>
      </w:r>
    </w:p>
    <w:p>
      <w:pPr>
        <w:pStyle w:val="Heading2"/>
      </w:pPr>
      <w:r>
        <w:t>1. Scope of work</w:t>
      </w:r>
    </w:p>
    <w:p>
      <w:r>
        <w:rPr>
          <w:i/>
          <w:color w:val="666666"/>
        </w:rPr>
        <w:t>Exactly what you will deliver, in what format, by when.</w:t>
      </w:r>
    </w:p>
    <w:p>
      <w:r>
        <w:t>______________________________________________________________________</w:t>
      </w:r>
    </w:p>
    <w:p>
      <w:pPr>
        <w:pStyle w:val="Heading2"/>
      </w:pPr>
      <w:r>
        <w:t>2. Payment terms</w:t>
      </w:r>
    </w:p>
    <w:p>
      <w:r>
        <w:rPr>
          <w:i/>
          <w:color w:val="666666"/>
        </w:rPr>
        <w:t>Total price, schedule, method, and what happens if payment is late (e.g. 50% upfront).</w:t>
      </w:r>
    </w:p>
    <w:p>
      <w:r>
        <w:t>______________________________________________________________________</w:t>
      </w:r>
    </w:p>
    <w:p>
      <w:pPr>
        <w:pStyle w:val="Heading2"/>
      </w:pPr>
      <w:r>
        <w:t>3. Revisions</w:t>
      </w:r>
    </w:p>
    <w:p>
      <w:r>
        <w:rPr>
          <w:i/>
          <w:color w:val="666666"/>
        </w:rPr>
        <w:t>How many rounds of edits are included in the price.</w:t>
      </w:r>
    </w:p>
    <w:p>
      <w:r>
        <w:t>______________________________________________________________________</w:t>
      </w:r>
    </w:p>
    <w:p>
      <w:pPr>
        <w:pStyle w:val="Heading2"/>
      </w:pPr>
      <w:r>
        <w:t>4. Deadline &amp; timeline</w:t>
      </w:r>
    </w:p>
    <w:p>
      <w:r>
        <w:rPr>
          <w:i/>
          <w:color w:val="666666"/>
        </w:rPr>
        <w:t>Key dates and delivery date.</w:t>
      </w:r>
    </w:p>
    <w:p>
      <w:r>
        <w:t>______________________________________________________________________</w:t>
      </w:r>
    </w:p>
    <w:p>
      <w:pPr>
        <w:pStyle w:val="Heading2"/>
      </w:pPr>
      <w:r>
        <w:t>5. Ownership</w:t>
      </w:r>
    </w:p>
    <w:p>
      <w:r>
        <w:rPr>
          <w:i/>
          <w:color w:val="666666"/>
        </w:rPr>
        <w:t>Who owns the finished work after full payment.</w:t>
      </w:r>
    </w:p>
    <w:p>
      <w:r>
        <w:t>______________________________________________________________________</w:t>
      </w:r>
    </w:p>
    <w:p>
      <w:pPr>
        <w:pStyle w:val="Heading2"/>
      </w:pPr>
      <w:r>
        <w:t>6. Confidentiality</w:t>
      </w:r>
    </w:p>
    <w:p>
      <w:r>
        <w:rPr>
          <w:i/>
          <w:color w:val="666666"/>
        </w:rPr>
        <w:t>What client information you will protect and not share.</w:t>
      </w:r>
    </w:p>
    <w:p>
      <w:r>
        <w:t>______________________________________________________________________</w:t>
      </w:r>
    </w:p>
    <w:p>
      <w:pPr>
        <w:pStyle w:val="Heading2"/>
      </w:pPr>
      <w:r>
        <w:t>Signatures</w:t>
      </w:r>
    </w:p>
    <w:p>
      <w:r>
        <w:rPr>
          <w:b/>
        </w:rPr>
        <w:t xml:space="preserve">Freelancer:  </w:t>
      </w:r>
      <w:r>
        <w:t>________________________________________</w:t>
      </w:r>
    </w:p>
    <w:p>
      <w:r>
        <w:rPr>
          <w:b/>
        </w:rPr>
        <w:t xml:space="preserve">Client:  </w:t>
      </w:r>
      <w:r>
        <w:t>________________________________________</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