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
        <w:rPr>
          <w:b/>
          <w:color w:val="1F4E79"/>
          <w:sz w:val="18"/>
        </w:rPr>
        <w:t>No More Moving Out  ·  Free template</w:t>
      </w:r>
    </w:p>
    <w:p>
      <w:pPr>
        <w:pStyle w:val="Heading1"/>
      </w:pPr>
      <w:r>
        <w:t>Client Outreach Message Templates</w:t>
      </w:r>
    </w:p>
    <w:p>
      <w:r>
        <w:rPr>
          <w:i/>
          <w:color w:val="666666"/>
        </w:rPr>
        <w:t>Personal + specific + one small ask. Replace the [brackets].</w:t>
      </w:r>
    </w:p>
    <w:p>
      <w:pPr>
        <w:pStyle w:val="Heading2"/>
      </w:pPr>
      <w:r>
        <w:t>Cold outreach (local business)</w:t>
      </w:r>
    </w:p>
    <w:p>
      <w:r>
        <w:t>Hi [Name], I saw [specific thing about their business] — [specific observation, e.g. 'your Instagram hasn't posted since March']. I help [their type of business] to [benefit] by [what you do]. Would a quick 10-minute call this week be useful? No pressure either way.</w:t>
      </w:r>
    </w:p>
    <w:p>
      <w:pPr>
        <w:pStyle w:val="Heading2"/>
      </w:pPr>
      <w:r>
        <w:t>Free mini-audit offer</w:t>
      </w:r>
    </w:p>
    <w:p>
      <w:r>
        <w:t>Hi [Name], I put together a short free review of [their website / social / booking process] with 3 quick improvements. Happy to send it over — would that be helpful?</w:t>
      </w:r>
    </w:p>
    <w:p>
      <w:pPr>
        <w:pStyle w:val="Heading2"/>
      </w:pPr>
      <w:r>
        <w:t>Follow-up (3 days later, once)</w:t>
      </w:r>
    </w:p>
    <w:p>
      <w:r>
        <w:t>Hi [Name], just following up on my note about [topic]. If now isn't the right time, no problem — I'll leave it with you. Wishing you a great week!</w:t>
      </w:r>
    </w:p>
    <w:p>
      <w:pPr>
        <w:pStyle w:val="Heading2"/>
      </w:pPr>
      <w:r>
        <w:t>After a happy project (ask for referral)</w:t>
      </w:r>
    </w:p>
    <w:p>
      <w:r>
        <w:t>Hi [Name], it was a pleasure working on [project]! If you know anyone who could use [your service], I'd be grateful for an introduction. Thank you again!</w:t>
      </w:r>
    </w:p>
    <w:p/>
    <w:p>
      <w:r>
        <w:rPr>
          <w:i/>
          <w:color w:val="666666"/>
          <w:sz w:val="16"/>
        </w:rPr>
        <w:t>Funded by the European Union. Views and opinions expressed are however those of the author(s) only and do not necessarily reflect those of the European Union or the European Education and Culture Executive Agency (EACEA). Neither the European Union nor EACEA can be held responsible for them.</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